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456" w:rsidRDefault="00866456">
      <w:pPr>
        <w:autoSpaceDE w:val="0"/>
        <w:autoSpaceDN w:val="0"/>
        <w:spacing w:after="78" w:line="220" w:lineRule="exact"/>
      </w:pPr>
    </w:p>
    <w:p w:rsidR="004E74A4" w:rsidRDefault="00841DDB" w:rsidP="004E74A4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МИНИСТЕРСТВО ПРОСВЕЩЕНИЯ РОССИЙСКОЙ </w:t>
      </w:r>
      <w:r w:rsidR="004E74A4">
        <w:rPr>
          <w:rFonts w:ascii="Times New Roman" w:eastAsia="Times New Roman" w:hAnsi="Times New Roman"/>
          <w:b/>
          <w:color w:val="000000"/>
          <w:sz w:val="24"/>
          <w:lang w:val="ru-RU"/>
        </w:rPr>
        <w:t>Ф</w:t>
      </w: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ЕДЕРАЦИИ</w:t>
      </w:r>
    </w:p>
    <w:p w:rsidR="004E74A4" w:rsidRDefault="00841DDB" w:rsidP="004E74A4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4E74A4" w:rsidRDefault="00841DDB" w:rsidP="004E74A4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АМР "Ботлихский район" РД</w:t>
      </w:r>
    </w:p>
    <w:p w:rsidR="00866456" w:rsidRDefault="00841DDB" w:rsidP="004E74A4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МКОУ «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Тандовская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СОШ»</w:t>
      </w:r>
    </w:p>
    <w:p w:rsidR="004E74A4" w:rsidRDefault="004E74A4" w:rsidP="004E74A4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E74A4" w:rsidRDefault="004E74A4" w:rsidP="004E74A4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E74A4" w:rsidRDefault="004E74A4" w:rsidP="004E74A4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E74A4" w:rsidRDefault="004E74A4" w:rsidP="004E74A4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E74A4" w:rsidRPr="006F3168" w:rsidRDefault="004E74A4" w:rsidP="004E74A4">
      <w:pPr>
        <w:autoSpaceDE w:val="0"/>
        <w:autoSpaceDN w:val="0"/>
        <w:spacing w:after="0" w:line="230" w:lineRule="auto"/>
        <w:jc w:val="center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42"/>
        <w:gridCol w:w="3760"/>
        <w:gridCol w:w="3080"/>
      </w:tblGrid>
      <w:tr w:rsidR="00866456" w:rsidRPr="004E74A4">
        <w:trPr>
          <w:trHeight w:hRule="exact" w:val="274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before="48" w:after="0" w:line="230" w:lineRule="auto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60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before="48" w:after="0" w:line="230" w:lineRule="auto"/>
              <w:ind w:left="476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080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before="48" w:after="0" w:line="230" w:lineRule="auto"/>
              <w:ind w:left="232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УТВЕРЖДЕНО</w:t>
            </w:r>
          </w:p>
        </w:tc>
      </w:tr>
      <w:tr w:rsidR="00866456" w:rsidRPr="004E74A4">
        <w:trPr>
          <w:trHeight w:hRule="exact" w:val="200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after="0" w:line="230" w:lineRule="auto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760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after="0" w:line="230" w:lineRule="auto"/>
              <w:ind w:left="476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Зам.директора по УВР</w:t>
            </w:r>
          </w:p>
        </w:tc>
        <w:tc>
          <w:tcPr>
            <w:tcW w:w="3080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after="0" w:line="230" w:lineRule="auto"/>
              <w:ind w:left="232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Директор</w:t>
            </w:r>
          </w:p>
        </w:tc>
      </w:tr>
      <w:tr w:rsidR="00866456" w:rsidRPr="004E74A4">
        <w:trPr>
          <w:trHeight w:hRule="exact" w:val="484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after="0" w:line="230" w:lineRule="auto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760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before="198" w:after="0" w:line="230" w:lineRule="auto"/>
              <w:ind w:left="476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______________Зиявудинова М.М.</w:t>
            </w:r>
          </w:p>
        </w:tc>
        <w:tc>
          <w:tcPr>
            <w:tcW w:w="3080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before="198" w:after="0" w:line="230" w:lineRule="auto"/>
              <w:ind w:left="232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______________Исаева Э.А.</w:t>
            </w:r>
          </w:p>
        </w:tc>
      </w:tr>
    </w:tbl>
    <w:p w:rsidR="00866456" w:rsidRPr="004E74A4" w:rsidRDefault="00866456">
      <w:pPr>
        <w:autoSpaceDE w:val="0"/>
        <w:autoSpaceDN w:val="0"/>
        <w:spacing w:after="0" w:line="62" w:lineRule="exact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2"/>
        <w:gridCol w:w="3320"/>
        <w:gridCol w:w="3340"/>
      </w:tblGrid>
      <w:tr w:rsidR="00866456" w:rsidRPr="004E74A4">
        <w:trPr>
          <w:trHeight w:hRule="exact" w:val="374"/>
        </w:trPr>
        <w:tc>
          <w:tcPr>
            <w:tcW w:w="2942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before="60" w:after="0" w:line="230" w:lineRule="auto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before="60" w:after="0" w:line="230" w:lineRule="auto"/>
              <w:ind w:left="576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866456" w:rsidRPr="004E74A4" w:rsidRDefault="00841DDB" w:rsidP="006F3168">
            <w:pPr>
              <w:autoSpaceDE w:val="0"/>
              <w:autoSpaceDN w:val="0"/>
              <w:spacing w:before="60" w:after="0" w:line="230" w:lineRule="auto"/>
              <w:ind w:left="772"/>
              <w:rPr>
                <w:b/>
              </w:rPr>
            </w:pPr>
            <w:proofErr w:type="spellStart"/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Приказ</w:t>
            </w:r>
            <w:proofErr w:type="spellEnd"/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 xml:space="preserve"> №</w:t>
            </w:r>
            <w:r w:rsidR="006F3168"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  <w:lang w:val="ru-RU"/>
              </w:rPr>
              <w:t>47</w:t>
            </w: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-Д</w:t>
            </w:r>
          </w:p>
        </w:tc>
      </w:tr>
      <w:tr w:rsidR="00866456" w:rsidRPr="004E74A4">
        <w:trPr>
          <w:trHeight w:hRule="exact" w:val="380"/>
        </w:trPr>
        <w:tc>
          <w:tcPr>
            <w:tcW w:w="2942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before="94" w:after="0" w:line="230" w:lineRule="auto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______________Исаев А.А.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before="94" w:after="0" w:line="230" w:lineRule="auto"/>
              <w:ind w:left="576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от "31" августа  2022 г.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866456" w:rsidRPr="004E74A4" w:rsidRDefault="00841DDB">
            <w:pPr>
              <w:autoSpaceDE w:val="0"/>
              <w:autoSpaceDN w:val="0"/>
              <w:spacing w:before="94" w:after="0" w:line="230" w:lineRule="auto"/>
              <w:ind w:left="772"/>
              <w:rPr>
                <w:b/>
              </w:rPr>
            </w:pPr>
            <w:r w:rsidRPr="004E74A4">
              <w:rPr>
                <w:rFonts w:ascii="Times New Roman" w:eastAsia="Times New Roman" w:hAnsi="Times New Roman"/>
                <w:b/>
                <w:color w:val="000000"/>
                <w:w w:val="102"/>
                <w:sz w:val="20"/>
              </w:rPr>
              <w:t>от "31" августа2022 г.</w:t>
            </w:r>
          </w:p>
        </w:tc>
      </w:tr>
    </w:tbl>
    <w:p w:rsidR="00866456" w:rsidRPr="004E74A4" w:rsidRDefault="00841DDB">
      <w:pPr>
        <w:autoSpaceDE w:val="0"/>
        <w:autoSpaceDN w:val="0"/>
        <w:spacing w:before="122" w:after="0" w:line="230" w:lineRule="auto"/>
        <w:rPr>
          <w:b/>
        </w:rPr>
      </w:pPr>
      <w:r w:rsidRPr="004E74A4">
        <w:rPr>
          <w:rFonts w:ascii="Times New Roman" w:eastAsia="Times New Roman" w:hAnsi="Times New Roman"/>
          <w:b/>
          <w:color w:val="000000"/>
          <w:w w:val="102"/>
          <w:sz w:val="20"/>
        </w:rPr>
        <w:t>Протокол №1</w:t>
      </w:r>
    </w:p>
    <w:p w:rsidR="004E74A4" w:rsidRDefault="00841DDB" w:rsidP="004E74A4">
      <w:pPr>
        <w:autoSpaceDE w:val="0"/>
        <w:autoSpaceDN w:val="0"/>
        <w:spacing w:before="182" w:after="0" w:line="230" w:lineRule="auto"/>
        <w:rPr>
          <w:b/>
          <w:lang w:val="ru-RU"/>
        </w:rPr>
      </w:pPr>
      <w:proofErr w:type="spellStart"/>
      <w:proofErr w:type="gramStart"/>
      <w:r w:rsidRPr="004E74A4">
        <w:rPr>
          <w:rFonts w:ascii="Times New Roman" w:eastAsia="Times New Roman" w:hAnsi="Times New Roman"/>
          <w:b/>
          <w:color w:val="000000"/>
          <w:w w:val="102"/>
          <w:sz w:val="20"/>
        </w:rPr>
        <w:t>от</w:t>
      </w:r>
      <w:proofErr w:type="spellEnd"/>
      <w:proofErr w:type="gramEnd"/>
      <w:r w:rsidRPr="004E74A4">
        <w:rPr>
          <w:rFonts w:ascii="Times New Roman" w:eastAsia="Times New Roman" w:hAnsi="Times New Roman"/>
          <w:b/>
          <w:color w:val="000000"/>
          <w:w w:val="102"/>
          <w:sz w:val="20"/>
        </w:rPr>
        <w:t xml:space="preserve"> "31" августа2022 г.</w:t>
      </w:r>
    </w:p>
    <w:p w:rsidR="004E74A4" w:rsidRDefault="004E74A4" w:rsidP="004E74A4">
      <w:pPr>
        <w:autoSpaceDE w:val="0"/>
        <w:autoSpaceDN w:val="0"/>
        <w:spacing w:before="182" w:after="0" w:line="230" w:lineRule="auto"/>
        <w:jc w:val="center"/>
        <w:rPr>
          <w:b/>
          <w:lang w:val="ru-RU"/>
        </w:rPr>
      </w:pPr>
    </w:p>
    <w:p w:rsidR="004E74A4" w:rsidRDefault="004E74A4" w:rsidP="004E74A4">
      <w:pPr>
        <w:autoSpaceDE w:val="0"/>
        <w:autoSpaceDN w:val="0"/>
        <w:spacing w:before="182" w:after="0" w:line="230" w:lineRule="auto"/>
        <w:jc w:val="center"/>
        <w:rPr>
          <w:b/>
          <w:lang w:val="ru-RU"/>
        </w:rPr>
      </w:pPr>
    </w:p>
    <w:p w:rsidR="004E74A4" w:rsidRDefault="004E74A4" w:rsidP="004E74A4">
      <w:pPr>
        <w:autoSpaceDE w:val="0"/>
        <w:autoSpaceDN w:val="0"/>
        <w:spacing w:before="182" w:after="0" w:line="230" w:lineRule="auto"/>
        <w:jc w:val="center"/>
        <w:rPr>
          <w:b/>
          <w:lang w:val="ru-RU"/>
        </w:rPr>
      </w:pPr>
    </w:p>
    <w:p w:rsidR="004E74A4" w:rsidRDefault="00841DDB" w:rsidP="004E74A4">
      <w:pPr>
        <w:autoSpaceDE w:val="0"/>
        <w:autoSpaceDN w:val="0"/>
        <w:spacing w:before="182" w:after="0" w:line="23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</w:pPr>
      <w:r w:rsidRPr="004E74A4"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  <w:t>РАБОЧАЯ ПРОГРАММА</w:t>
      </w:r>
      <w:r w:rsidR="004E74A4"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  <w:t xml:space="preserve">                                                                                 </w:t>
      </w:r>
    </w:p>
    <w:p w:rsidR="00866456" w:rsidRPr="004E74A4" w:rsidRDefault="00841DDB" w:rsidP="004E74A4">
      <w:pPr>
        <w:autoSpaceDE w:val="0"/>
        <w:autoSpaceDN w:val="0"/>
        <w:spacing w:before="182" w:after="0" w:line="230" w:lineRule="auto"/>
        <w:jc w:val="center"/>
        <w:rPr>
          <w:lang w:val="ru-RU"/>
        </w:rPr>
      </w:pPr>
      <w:r w:rsidRPr="004E74A4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4E74A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1763007)</w:t>
      </w:r>
    </w:p>
    <w:p w:rsidR="00866456" w:rsidRPr="004E74A4" w:rsidRDefault="00841DDB" w:rsidP="004E74A4">
      <w:pPr>
        <w:autoSpaceDE w:val="0"/>
        <w:autoSpaceDN w:val="0"/>
        <w:spacing w:before="166" w:after="0" w:line="230" w:lineRule="auto"/>
        <w:ind w:right="4016"/>
        <w:jc w:val="right"/>
        <w:rPr>
          <w:lang w:val="ru-RU"/>
        </w:rPr>
      </w:pPr>
      <w:r w:rsidRPr="004E74A4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866456" w:rsidRPr="004E74A4" w:rsidRDefault="00841DDB" w:rsidP="004E74A4">
      <w:pPr>
        <w:autoSpaceDE w:val="0"/>
        <w:autoSpaceDN w:val="0"/>
        <w:spacing w:before="70" w:after="0" w:line="230" w:lineRule="auto"/>
        <w:ind w:right="4268"/>
        <w:jc w:val="right"/>
        <w:rPr>
          <w:lang w:val="ru-RU"/>
        </w:rPr>
      </w:pPr>
      <w:r w:rsidRPr="004E74A4">
        <w:rPr>
          <w:rFonts w:ascii="Times New Roman" w:eastAsia="Times New Roman" w:hAnsi="Times New Roman"/>
          <w:color w:val="000000"/>
          <w:sz w:val="24"/>
          <w:lang w:val="ru-RU"/>
        </w:rPr>
        <w:t>«Технология»</w:t>
      </w:r>
    </w:p>
    <w:p w:rsidR="00866456" w:rsidRPr="004E74A4" w:rsidRDefault="00841DDB" w:rsidP="004E74A4">
      <w:pPr>
        <w:autoSpaceDE w:val="0"/>
        <w:autoSpaceDN w:val="0"/>
        <w:spacing w:before="670" w:after="0" w:line="230" w:lineRule="auto"/>
        <w:ind w:right="2730"/>
        <w:jc w:val="right"/>
        <w:rPr>
          <w:lang w:val="ru-RU"/>
        </w:rPr>
      </w:pPr>
      <w:r w:rsidRPr="004E74A4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866456" w:rsidRPr="004E74A4" w:rsidRDefault="00841DDB">
      <w:pPr>
        <w:autoSpaceDE w:val="0"/>
        <w:autoSpaceDN w:val="0"/>
        <w:spacing w:before="72" w:after="0" w:line="230" w:lineRule="auto"/>
        <w:ind w:right="3614"/>
        <w:jc w:val="right"/>
        <w:rPr>
          <w:lang w:val="ru-RU"/>
        </w:rPr>
      </w:pPr>
      <w:r w:rsidRPr="004E74A4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866456" w:rsidRPr="004E74A4" w:rsidRDefault="00841DDB">
      <w:pPr>
        <w:autoSpaceDE w:val="0"/>
        <w:autoSpaceDN w:val="0"/>
        <w:spacing w:before="2112" w:after="0" w:line="230" w:lineRule="auto"/>
        <w:ind w:right="24"/>
        <w:jc w:val="right"/>
        <w:rPr>
          <w:lang w:val="ru-RU"/>
        </w:rPr>
      </w:pPr>
      <w:r w:rsidRPr="004E74A4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Исаев </w:t>
      </w:r>
      <w:proofErr w:type="spellStart"/>
      <w:r w:rsidRPr="004E74A4">
        <w:rPr>
          <w:rFonts w:ascii="Times New Roman" w:eastAsia="Times New Roman" w:hAnsi="Times New Roman"/>
          <w:color w:val="000000"/>
          <w:sz w:val="24"/>
          <w:lang w:val="ru-RU"/>
        </w:rPr>
        <w:t>Абдулагаджи</w:t>
      </w:r>
      <w:proofErr w:type="spellEnd"/>
      <w:r w:rsidRPr="004E74A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4E74A4">
        <w:rPr>
          <w:rFonts w:ascii="Times New Roman" w:eastAsia="Times New Roman" w:hAnsi="Times New Roman"/>
          <w:color w:val="000000"/>
          <w:sz w:val="24"/>
          <w:lang w:val="ru-RU"/>
        </w:rPr>
        <w:t>Ахмедгаджиевич</w:t>
      </w:r>
      <w:proofErr w:type="spellEnd"/>
    </w:p>
    <w:p w:rsidR="00866456" w:rsidRPr="004E74A4" w:rsidRDefault="00841DDB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</w:pPr>
      <w:r w:rsidRPr="004E74A4">
        <w:rPr>
          <w:rFonts w:ascii="Times New Roman" w:eastAsia="Times New Roman" w:hAnsi="Times New Roman"/>
          <w:color w:val="000000"/>
          <w:sz w:val="24"/>
          <w:lang w:val="ru-RU"/>
        </w:rPr>
        <w:t>учитель технологии</w:t>
      </w:r>
    </w:p>
    <w:p w:rsidR="00866456" w:rsidRPr="004E74A4" w:rsidRDefault="00866456">
      <w:pPr>
        <w:autoSpaceDE w:val="0"/>
        <w:autoSpaceDN w:val="0"/>
        <w:spacing w:after="258" w:line="220" w:lineRule="exact"/>
        <w:rPr>
          <w:lang w:val="ru-RU"/>
        </w:rPr>
      </w:pPr>
    </w:p>
    <w:p w:rsidR="004E74A4" w:rsidRDefault="004E74A4">
      <w:pPr>
        <w:autoSpaceDE w:val="0"/>
        <w:autoSpaceDN w:val="0"/>
        <w:spacing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E74A4" w:rsidRDefault="004E74A4">
      <w:pPr>
        <w:autoSpaceDE w:val="0"/>
        <w:autoSpaceDN w:val="0"/>
        <w:spacing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E74A4" w:rsidRDefault="004E74A4">
      <w:pPr>
        <w:autoSpaceDE w:val="0"/>
        <w:autoSpaceDN w:val="0"/>
        <w:spacing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E74A4" w:rsidRDefault="004E74A4">
      <w:pPr>
        <w:autoSpaceDE w:val="0"/>
        <w:autoSpaceDN w:val="0"/>
        <w:spacing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E74A4" w:rsidRDefault="004E74A4">
      <w:pPr>
        <w:autoSpaceDE w:val="0"/>
        <w:autoSpaceDN w:val="0"/>
        <w:spacing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E74A4" w:rsidRDefault="004E74A4">
      <w:pPr>
        <w:autoSpaceDE w:val="0"/>
        <w:autoSpaceDN w:val="0"/>
        <w:spacing w:after="0" w:line="230" w:lineRule="auto"/>
        <w:ind w:right="361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866456" w:rsidRDefault="00841DDB">
      <w:pPr>
        <w:autoSpaceDE w:val="0"/>
        <w:autoSpaceDN w:val="0"/>
        <w:spacing w:after="0" w:line="230" w:lineRule="auto"/>
        <w:ind w:right="3612"/>
        <w:jc w:val="right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село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Тандо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2022</w:t>
      </w:r>
    </w:p>
    <w:p w:rsidR="00866456" w:rsidRDefault="00866456">
      <w:pPr>
        <w:sectPr w:rsidR="00866456">
          <w:pgSz w:w="11900" w:h="16840"/>
          <w:pgMar w:top="47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866456" w:rsidRDefault="00866456">
      <w:pPr>
        <w:autoSpaceDE w:val="0"/>
        <w:autoSpaceDN w:val="0"/>
        <w:spacing w:after="78" w:line="220" w:lineRule="exact"/>
      </w:pPr>
    </w:p>
    <w:p w:rsidR="00866456" w:rsidRDefault="00841DDB" w:rsidP="006F3168">
      <w:pPr>
        <w:autoSpaceDE w:val="0"/>
        <w:autoSpaceDN w:val="0"/>
        <w:spacing w:after="0" w:line="230" w:lineRule="auto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866456" w:rsidRPr="006F3168" w:rsidRDefault="00841DDB">
      <w:pPr>
        <w:autoSpaceDE w:val="0"/>
        <w:autoSpaceDN w:val="0"/>
        <w:spacing w:before="346" w:after="0" w:line="230" w:lineRule="auto"/>
        <w:rPr>
          <w:lang w:val="ru-RU"/>
        </w:rPr>
      </w:pPr>
      <w:proofErr w:type="gramStart"/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НАУЧНЫЙ</w:t>
      </w:r>
      <w:proofErr w:type="gramEnd"/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, ОБШЕКУЛЬТУРНЫЙ И ОБРАЗОВАТЕЛЬНЫЙ КОНТЕНТ ТЕХНОЛОГИИ </w:t>
      </w:r>
    </w:p>
    <w:p w:rsidR="00866456" w:rsidRPr="006F3168" w:rsidRDefault="00841DDB">
      <w:pPr>
        <w:autoSpaceDE w:val="0"/>
        <w:autoSpaceDN w:val="0"/>
        <w:spacing w:before="166" w:after="0" w:line="271" w:lineRule="auto"/>
        <w:ind w:right="336" w:firstLine="180"/>
        <w:jc w:val="both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:rsidR="00866456" w:rsidRPr="006F3168" w:rsidRDefault="00841DDB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:rsidR="00866456" w:rsidRPr="006F3168" w:rsidRDefault="00841DDB">
      <w:pPr>
        <w:autoSpaceDE w:val="0"/>
        <w:autoSpaceDN w:val="0"/>
        <w:spacing w:before="72" w:after="0"/>
        <w:ind w:firstLine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6F3168">
        <w:rPr>
          <w:lang w:val="ru-RU"/>
        </w:rPr>
        <w:tab/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Стержнем названной концепции является технология как логическое развитие «метода» в следующих аспектах: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  <w:proofErr w:type="gramEnd"/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:rsidR="00866456" w:rsidRPr="006F3168" w:rsidRDefault="00841DDB">
      <w:pPr>
        <w:autoSpaceDE w:val="0"/>
        <w:autoSpaceDN w:val="0"/>
        <w:spacing w:before="70" w:after="0"/>
        <w:ind w:left="180" w:right="432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 ХХ веке сущность технологии была осмыслена в различных плоскостях: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исследованы социальные аспекты технологии.</w:t>
      </w:r>
    </w:p>
    <w:p w:rsidR="00866456" w:rsidRPr="006F3168" w:rsidRDefault="00841DDB">
      <w:pPr>
        <w:autoSpaceDE w:val="0"/>
        <w:autoSpaceDN w:val="0"/>
        <w:spacing w:before="70" w:after="0"/>
        <w:ind w:firstLine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структура человеческой деятельности — в ней важнейшую роль стал играть информационный фактор.</w:t>
      </w:r>
    </w:p>
    <w:p w:rsidR="00866456" w:rsidRPr="006F3168" w:rsidRDefault="00841DDB">
      <w:pPr>
        <w:autoSpaceDE w:val="0"/>
        <w:autoSpaceDN w:val="0"/>
        <w:spacing w:before="70" w:after="0" w:line="288" w:lineRule="auto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Исключительно значимыми оказались социальные последствия внедрения </w:t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ИТ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и ИКТ, которые послужили базой разработки и широкого распространения социальных сетей и процесса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 — «Концепция преподавания предметной области «Технология»).</w:t>
      </w:r>
    </w:p>
    <w:p w:rsidR="006F3168" w:rsidRDefault="006F3168">
      <w:pPr>
        <w:autoSpaceDE w:val="0"/>
        <w:autoSpaceDN w:val="0"/>
        <w:spacing w:before="262" w:after="0" w:line="262" w:lineRule="auto"/>
        <w:ind w:right="14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F3168" w:rsidRDefault="006F3168">
      <w:pPr>
        <w:autoSpaceDE w:val="0"/>
        <w:autoSpaceDN w:val="0"/>
        <w:spacing w:before="262" w:after="0" w:line="262" w:lineRule="auto"/>
        <w:ind w:right="14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66456" w:rsidRPr="006F3168" w:rsidRDefault="00841DDB" w:rsidP="004E74A4">
      <w:pPr>
        <w:autoSpaceDE w:val="0"/>
        <w:autoSpaceDN w:val="0"/>
        <w:spacing w:before="262" w:after="0" w:line="262" w:lineRule="auto"/>
        <w:ind w:right="144"/>
        <w:jc w:val="center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ЦЕЛИ И ЗАДАЧИ ИЗУЧЕНИЯ ПРЕДМЕТНОЙ ОБЛАСТИ «ТЕХНОЛОГИЯ» В ОСНОВНОМ ОБЩЕМ ОБРАЗОВАНИИ</w:t>
      </w:r>
    </w:p>
    <w:p w:rsidR="00866456" w:rsidRPr="006F3168" w:rsidRDefault="00841DDB" w:rsidP="006F3168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</w:t>
      </w: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освоения предметной области «Технология» является формирование</w:t>
      </w:r>
      <w:r w:rsidR="006F3168">
        <w:rPr>
          <w:lang w:val="ru-RU"/>
        </w:rPr>
        <w:t xml:space="preserve"> 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курса технологии являются: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навыка использования в трудовой деятельности цифровых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инструментов и программных сервисов, а также когнитивных инструментов и технологий;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  <w:proofErr w:type="gramEnd"/>
    </w:p>
    <w:p w:rsidR="00866456" w:rsidRPr="006F3168" w:rsidRDefault="00841DDB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</w:t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на других предметах.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6F3168">
        <w:rPr>
          <w:lang w:val="ru-RU"/>
        </w:rPr>
        <w:tab/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Важно подчеркнуть, что именно в технологии реализуются все аспекты фундаментальной для образования категории «знания», а именно: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понятийное знание, которое складывается из набора понятий, характеризующих данную предметную область;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алгоритмическое (технологическое) знание — знание методов, технологий, приводящих к желаемому результату при соблюдении определённых условий;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предметное знание, складывающееся из знания и понимания сути законов и закономерностей, применяемых в той или иной предметной области;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методологическое знание — знание общих закономерностей изучаемых явлений и процессов.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6F3168">
        <w:rPr>
          <w:lang w:val="ru-RU"/>
        </w:rPr>
        <w:tab/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и всякий общеобразовательный предмет, «Технология» отражает наиболее значимые аспекты действительности, которые состоят в следующем: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технологизация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этом возможны следующие уровни освоения технологии: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представления;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пользователя; </w:t>
      </w:r>
      <w:r w:rsidRPr="006F3168">
        <w:rPr>
          <w:lang w:val="ru-RU"/>
        </w:rPr>
        <w:br/>
      </w:r>
      <w:r w:rsidRPr="006F3168">
        <w:rPr>
          <w:lang w:val="ru-RU"/>
        </w:rPr>
        <w:lastRenderedPageBreak/>
        <w:tab/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когнитивно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-продуктивный уровень (создание технологий);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практически вся современная профессиональная деятельность, включая ручной труд,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осуществляется с применением информационных и цифровых технологий, формирование навыков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этих технологий при изготовлении изделий становится важной задачей в курсе технологии;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 </w:t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—и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нформационно-когнитивных, нацеленных на освоение учащимися знаний, на развитии умения учиться.</w:t>
      </w:r>
    </w:p>
    <w:p w:rsidR="00866456" w:rsidRPr="006F3168" w:rsidRDefault="00841DDB" w:rsidP="004E74A4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</w:p>
    <w:p w:rsidR="00866456" w:rsidRPr="006F3168" w:rsidRDefault="00841DDB">
      <w:pPr>
        <w:autoSpaceDE w:val="0"/>
        <w:autoSpaceDN w:val="0"/>
        <w:spacing w:before="166" w:after="0" w:line="278" w:lineRule="auto"/>
        <w:ind w:right="432" w:firstLine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 — построения и анализа разнообразных моделей. Только в этом случае можно достичь 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когнитивно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-продуктивного уровня освоения технологий.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Современный курс технологии построен по модульному принципу.</w:t>
      </w:r>
    </w:p>
    <w:p w:rsidR="00866456" w:rsidRPr="006F3168" w:rsidRDefault="00841DDB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Модульность 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«Производство и технология»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</w:t>
      </w:r>
      <w:proofErr w:type="spellStart"/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ляется</w:t>
      </w:r>
      <w:proofErr w:type="spellEnd"/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протяжении всего курса «Технология» с 5 по 9 класс. Содержание модуля построено по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«восходящему» принципу: от умений реализации имеющихся технологий к их оценке и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совершенствованию, а от них 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866456" w:rsidRPr="006F3168" w:rsidRDefault="00841DDB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Особенностью современной 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техносферы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востребованных в профессиональной сфере технологий 4-й промышленной революции.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данном модуле на конкретных примерах показана реализация общих положений,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866456" w:rsidRPr="006F3168" w:rsidRDefault="00841DDB">
      <w:pPr>
        <w:autoSpaceDE w:val="0"/>
        <w:autoSpaceDN w:val="0"/>
        <w:spacing w:before="262" w:after="0" w:line="230" w:lineRule="auto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«ТЕХНОЛОГИЯ» В УЧЕБНОМ ПЛАНЕ.</w:t>
      </w:r>
    </w:p>
    <w:p w:rsidR="00866456" w:rsidRPr="006F3168" w:rsidRDefault="00841DDB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"Технология" изучается в 5 классе два часа в </w:t>
      </w:r>
      <w:r w:rsidR="008903E1">
        <w:rPr>
          <w:rFonts w:ascii="Times New Roman" w:eastAsia="Times New Roman" w:hAnsi="Times New Roman"/>
          <w:color w:val="000000"/>
          <w:sz w:val="24"/>
          <w:lang w:val="ru-RU"/>
        </w:rPr>
        <w:t>неделе, общий объем составляет 70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часов.</w:t>
      </w:r>
    </w:p>
    <w:p w:rsidR="00866456" w:rsidRPr="006F3168" w:rsidRDefault="00866456">
      <w:pPr>
        <w:rPr>
          <w:lang w:val="ru-RU"/>
        </w:rPr>
        <w:sectPr w:rsidR="00866456" w:rsidRPr="006F3168">
          <w:pgSz w:w="11900" w:h="16840"/>
          <w:pgMar w:top="286" w:right="658" w:bottom="1038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866456" w:rsidRPr="006F3168" w:rsidRDefault="00866456">
      <w:pPr>
        <w:autoSpaceDE w:val="0"/>
        <w:autoSpaceDN w:val="0"/>
        <w:spacing w:after="78" w:line="220" w:lineRule="exact"/>
        <w:rPr>
          <w:lang w:val="ru-RU"/>
        </w:rPr>
      </w:pPr>
    </w:p>
    <w:p w:rsidR="00866456" w:rsidRPr="006F3168" w:rsidRDefault="00841DDB" w:rsidP="006F3168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866456" w:rsidRPr="006F3168" w:rsidRDefault="00841DDB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866456" w:rsidRPr="006F3168" w:rsidRDefault="00841DDB">
      <w:pPr>
        <w:autoSpaceDE w:val="0"/>
        <w:autoSpaceDN w:val="0"/>
        <w:spacing w:before="190" w:after="0" w:line="262" w:lineRule="auto"/>
        <w:ind w:left="180" w:right="4608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Преобразовательная деятельность человека.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Простейшие машины и механизмы.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Двигатели машин. Виды двигателей. Передаточные механизмы. Виды и характеристики передаточных механизмов.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:rsidR="00866456" w:rsidRPr="006F3168" w:rsidRDefault="00841DDB">
      <w:pPr>
        <w:autoSpaceDE w:val="0"/>
        <w:autoSpaceDN w:val="0"/>
        <w:spacing w:before="190" w:after="0" w:line="262" w:lineRule="auto"/>
        <w:ind w:left="180" w:right="2880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«Технология обработки материалов и пищевых </w:t>
      </w:r>
      <w:proofErr w:type="spellStart"/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продуктов</w:t>
      </w:r>
      <w:proofErr w:type="gramStart"/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»Р</w:t>
      </w:r>
      <w:proofErr w:type="gramEnd"/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аздел</w:t>
      </w:r>
      <w:proofErr w:type="spellEnd"/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. Структура технологии: от материала к изделию.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Основные элементы структуры технологии: действия, операции, этапы. Технологическая карта.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Проектирование, моделирование, конструирование — основные составляющие технологии. Технологии и алгоритмы.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Материалы и их свойства.</w:t>
      </w:r>
    </w:p>
    <w:p w:rsidR="00866456" w:rsidRPr="006F3168" w:rsidRDefault="00841DDB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 материалов.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Бумага и её свойства. Различные изделия из бумаги. Потребность человека в бумаге.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Ткань и её свойства. Изделия из ткани. Виды тканей.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Древесина и её свойства. Древесные материалы и их применение. Изделия из древесины.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Потребность человечества в древесине. Сохранение лесов.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Металлы и их свойства. Металлические части машин и механизмов. Тонколистовая сталь и проволока.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 (пластмассы) и их свойства. Работа с пластмассами.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F3168">
        <w:rPr>
          <w:lang w:val="ru-RU"/>
        </w:rPr>
        <w:tab/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Наноструктуры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и их использование в различных технологиях. Природные и синтетические 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наноструктуры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Композиты и 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нанокомпозиты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, их применение. Умные материалы и их применение. Аллотропные соединения углерода.</w:t>
      </w:r>
    </w:p>
    <w:p w:rsidR="00866456" w:rsidRPr="006F3168" w:rsidRDefault="00841DDB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Основные ручные инструменты.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Компьютерные инструменты.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Трудовые действия как основные слагаемые технологии.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Измерение и счёт как универсальные трудовые действия. Точность и погрешность измерений.</w:t>
      </w:r>
    </w:p>
    <w:p w:rsidR="00866456" w:rsidRPr="006F3168" w:rsidRDefault="00841DDB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Действия при работе с бумагой. Действия при работе с тканью. Действия при работе с древесиной. Действия при работе с тонколистовым металлом. Приготовление пищи.</w:t>
      </w:r>
    </w:p>
    <w:p w:rsidR="00866456" w:rsidRPr="006F3168" w:rsidRDefault="00841DD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Общность и различие действий с различными материалами и пищевыми продуктами.</w:t>
      </w:r>
    </w:p>
    <w:p w:rsidR="00866456" w:rsidRPr="006F3168" w:rsidRDefault="00866456">
      <w:pPr>
        <w:rPr>
          <w:lang w:val="ru-RU"/>
        </w:rPr>
        <w:sectPr w:rsidR="00866456" w:rsidRPr="006F3168">
          <w:pgSz w:w="11900" w:h="16840"/>
          <w:pgMar w:top="298" w:right="650" w:bottom="117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6456" w:rsidRPr="006F3168" w:rsidRDefault="00866456">
      <w:pPr>
        <w:autoSpaceDE w:val="0"/>
        <w:autoSpaceDN w:val="0"/>
        <w:spacing w:after="78" w:line="220" w:lineRule="exact"/>
        <w:rPr>
          <w:lang w:val="ru-RU"/>
        </w:rPr>
      </w:pPr>
    </w:p>
    <w:p w:rsidR="00866456" w:rsidRPr="006F3168" w:rsidRDefault="00841DDB" w:rsidP="006F3168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66456" w:rsidRPr="006F3168" w:rsidRDefault="00841DDB">
      <w:pPr>
        <w:autoSpaceDE w:val="0"/>
        <w:autoSpaceDN w:val="0"/>
        <w:spacing w:before="346" w:after="0" w:line="230" w:lineRule="auto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66456" w:rsidRPr="006F3168" w:rsidRDefault="00841DDB">
      <w:pPr>
        <w:autoSpaceDE w:val="0"/>
        <w:autoSpaceDN w:val="0"/>
        <w:spacing w:before="166" w:after="0" w:line="271" w:lineRule="auto"/>
        <w:ind w:left="180" w:right="864"/>
        <w:rPr>
          <w:lang w:val="ru-RU"/>
        </w:rPr>
      </w:pP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Патриотическое воспитание: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учёных.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6F3168">
        <w:rPr>
          <w:lang w:val="ru-RU"/>
        </w:rPr>
        <w:tab/>
      </w:r>
      <w:proofErr w:type="gramStart"/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морально-этических принципов в деятельности, связанной с реализацией технологий;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  <w:proofErr w:type="gramEnd"/>
    </w:p>
    <w:p w:rsidR="00866456" w:rsidRPr="006F3168" w:rsidRDefault="00841DDB">
      <w:pPr>
        <w:autoSpaceDE w:val="0"/>
        <w:autoSpaceDN w:val="0"/>
        <w:spacing w:before="70" w:after="0" w:line="271" w:lineRule="auto"/>
        <w:ind w:left="180" w:right="2592"/>
        <w:rPr>
          <w:lang w:val="ru-RU"/>
        </w:rPr>
      </w:pP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Эстетическое воспитание: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восприятие эстетических каче</w:t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ств пр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едметов труда;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материалов.</w:t>
      </w:r>
    </w:p>
    <w:p w:rsidR="00866456" w:rsidRPr="006F3168" w:rsidRDefault="00841DDB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Ценности научного познания и практической деятельности: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науки как фундамента технологий;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Формирование культуры здоровья и эмоционального благополучия: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безопасного образа жизни в современном технологическом мире, важности правил безопасной работы с инструментами;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информационные угрозы и </w:t>
      </w:r>
      <w:proofErr w:type="spellStart"/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лять</w:t>
      </w:r>
      <w:proofErr w:type="spellEnd"/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защиту личности от этих угроз.</w:t>
      </w:r>
    </w:p>
    <w:p w:rsidR="00866456" w:rsidRPr="006F3168" w:rsidRDefault="00841DDB">
      <w:pPr>
        <w:autoSpaceDE w:val="0"/>
        <w:autoSpaceDN w:val="0"/>
        <w:spacing w:before="70" w:after="0" w:line="271" w:lineRule="auto"/>
        <w:ind w:left="180" w:right="1440"/>
        <w:rPr>
          <w:lang w:val="ru-RU"/>
        </w:rPr>
      </w:pP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Трудовое воспитание: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активное участие в решении возникающих практических задач из различных областей; умение ориентироваться в мире современных профессий.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Экологическое воспитание: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техносферой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:rsidR="00866456" w:rsidRPr="006F3168" w:rsidRDefault="00841DDB">
      <w:pPr>
        <w:autoSpaceDE w:val="0"/>
        <w:autoSpaceDN w:val="0"/>
        <w:spacing w:before="264" w:after="0" w:line="230" w:lineRule="auto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168" w:after="0" w:line="286" w:lineRule="auto"/>
        <w:ind w:right="144"/>
        <w:rPr>
          <w:lang w:val="ru-RU"/>
        </w:rPr>
      </w:pPr>
      <w:r w:rsidRPr="006F3168">
        <w:rPr>
          <w:lang w:val="ru-RU"/>
        </w:rPr>
        <w:tab/>
      </w:r>
      <w:proofErr w:type="gramStart"/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познавательными действиями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природных и рукотворных объектов; </w:t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основание для обобщения и сравнения; </w:t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техносфере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66456" w:rsidRPr="006F3168" w:rsidRDefault="00841DDB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866456" w:rsidRPr="006F3168" w:rsidRDefault="00866456">
      <w:pPr>
        <w:rPr>
          <w:lang w:val="ru-RU"/>
        </w:rPr>
        <w:sectPr w:rsidR="00866456" w:rsidRPr="006F3168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6456" w:rsidRPr="006F3168" w:rsidRDefault="00866456">
      <w:pPr>
        <w:autoSpaceDE w:val="0"/>
        <w:autoSpaceDN w:val="0"/>
        <w:spacing w:after="78" w:line="220" w:lineRule="exact"/>
        <w:rPr>
          <w:lang w:val="ru-RU"/>
        </w:rPr>
      </w:pPr>
    </w:p>
    <w:p w:rsidR="00866456" w:rsidRPr="006F3168" w:rsidRDefault="00841DDB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6F3168">
        <w:rPr>
          <w:lang w:val="ru-RU"/>
        </w:rPr>
        <w:tab/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полноту, достоверность и актуальность полученной информации;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опытным путём изучать свойства различных материалов;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величинами;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и оценивать модели объектов, явлений и процессов;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оценивать правильность выполнения учебной задачи, собственные возможности её решения; </w:t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866456" w:rsidRPr="006F3168" w:rsidRDefault="00841DDB">
      <w:pPr>
        <w:autoSpaceDE w:val="0"/>
        <w:autoSpaceDN w:val="0"/>
        <w:spacing w:before="72" w:after="0" w:line="281" w:lineRule="auto"/>
        <w:ind w:left="180" w:right="1584"/>
        <w:rPr>
          <w:lang w:val="ru-RU"/>
        </w:rPr>
      </w:pP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форму представления информации в зависимости от поставленной задачи; понимать различие между данными, информацией и знаниями;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начальными навыками работы с «большими данными»;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6F3168">
        <w:rPr>
          <w:lang w:val="ru-RU"/>
        </w:rPr>
        <w:tab/>
      </w:r>
      <w:proofErr w:type="gramStart"/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Самоорганизация: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предложенных условий и требований, корректировать свои действия в соответствии с изменяющейся ситуацией;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преобразовательной деятельности; </w:t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необходимые коррективы в деятельность по решению задачи или по осуществлению проекта;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66456" w:rsidRPr="006F3168" w:rsidRDefault="00841DD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действиями.</w:t>
      </w:r>
    </w:p>
    <w:p w:rsidR="00866456" w:rsidRPr="006F3168" w:rsidRDefault="00841DDB">
      <w:pPr>
        <w:autoSpaceDE w:val="0"/>
        <w:autoSpaceDN w:val="0"/>
        <w:spacing w:before="70" w:after="0" w:line="281" w:lineRule="auto"/>
        <w:ind w:left="180" w:right="864"/>
        <w:rPr>
          <w:lang w:val="ru-RU"/>
        </w:rPr>
      </w:pP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Общение: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обсуждения учебного материала, планирования и осуществления учебного проекта; в рамках публичного представления результатов проектной деятельности;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совместного решения задачи с использованием облачных сервисов;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деятельность: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работы при реализации учебного проекта; </w:t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— участника совместной деятельности;</w:t>
      </w:r>
    </w:p>
    <w:p w:rsidR="00866456" w:rsidRPr="006F3168" w:rsidRDefault="00866456">
      <w:pPr>
        <w:rPr>
          <w:lang w:val="ru-RU"/>
        </w:rPr>
        <w:sectPr w:rsidR="00866456" w:rsidRPr="006F3168">
          <w:pgSz w:w="11900" w:h="16840"/>
          <w:pgMar w:top="298" w:right="756" w:bottom="308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866456" w:rsidRPr="006F3168" w:rsidRDefault="00866456">
      <w:pPr>
        <w:autoSpaceDE w:val="0"/>
        <w:autoSpaceDN w:val="0"/>
        <w:spacing w:after="78" w:line="220" w:lineRule="exact"/>
        <w:rPr>
          <w:lang w:val="ru-RU"/>
        </w:rPr>
      </w:pPr>
    </w:p>
    <w:p w:rsidR="00866456" w:rsidRPr="006F3168" w:rsidRDefault="00841DDB">
      <w:pPr>
        <w:autoSpaceDE w:val="0"/>
        <w:autoSpaceDN w:val="0"/>
        <w:spacing w:after="0" w:line="262" w:lineRule="auto"/>
        <w:ind w:left="180" w:right="1440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 уметь распознавать некорректную аргументацию.</w:t>
      </w:r>
    </w:p>
    <w:p w:rsidR="00866456" w:rsidRPr="006F3168" w:rsidRDefault="00841DDB">
      <w:pPr>
        <w:autoSpaceDE w:val="0"/>
        <w:autoSpaceDN w:val="0"/>
        <w:spacing w:before="262" w:after="0" w:line="230" w:lineRule="auto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6F3168">
        <w:rPr>
          <w:lang w:val="ru-RU"/>
        </w:rPr>
        <w:tab/>
      </w:r>
      <w:proofErr w:type="gramStart"/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техники и технологий для прогрессивного развития общества;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техники и технологий в цифровом социуме;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причины и последствия развития техники и технологий;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виды современных технологий и определять перспективы их развития;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уметь строить учебную и практическую деятельность в соответствии со структурой технологии: этапами, операциями, действиями;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научиться конструировать, оценивать и использовать модели в познавательной и практической деятельности;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материалы (древесина, металлы и сплавы, полимеры, текстиль,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сельскохозяйственная продукция);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производственных задач;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коллективно решать задачи с использованием облачных сервисов; </w:t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оперировать понятием «биотехнология»;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методы очистки воды, использовать фильтрование воды;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понятиями «биоэнергетика», «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биометаногенез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866456" w:rsidRPr="006F3168" w:rsidRDefault="00841DDB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6F3168">
        <w:rPr>
          <w:lang w:val="ru-RU"/>
        </w:rPr>
        <w:tab/>
      </w:r>
      <w:proofErr w:type="gramStart"/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«Технология обработки материалов и пищевых продуктов»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познавательную и преобразовательную деятельность человека;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рабочее место в соответствии с требованиями безопасности;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и характеризовать инструменты, приспособления и технологическое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оборудование;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 использовать знания, полученные при изучении других учебных предметов, и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сформированные универсальные учебные действия;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использовать инструменты, приспособления и технологическое оборудование;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технологические операции с использованием ручных инструментов, приспособлений, технологического оборудования;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использовать цифровые инструменты при изготовлении предметов из различных материалов;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технологические операции ручной обработки конструкционных материалов; </w:t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ручные технологии обработки конструкционных материалов;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хранить пищевые продукты;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механическую и тепловую обработку пищевых продуктов, сохраняя их пищевую ценность;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продукты, инструменты и оборудование для приготовления блюда;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доступными средствами контроль качества блюда;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проектировать интерьер помещения с использованием программных сервисов;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составлять последовательность выполнения технологических операций для изготовления швейных изделий;</w:t>
      </w:r>
      <w:proofErr w:type="gramEnd"/>
    </w:p>
    <w:p w:rsidR="00866456" w:rsidRPr="006F3168" w:rsidRDefault="00866456">
      <w:pPr>
        <w:rPr>
          <w:lang w:val="ru-RU"/>
        </w:rPr>
        <w:sectPr w:rsidR="00866456" w:rsidRPr="006F3168">
          <w:pgSz w:w="11900" w:h="16840"/>
          <w:pgMar w:top="298" w:right="634" w:bottom="392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866456" w:rsidRPr="006F3168" w:rsidRDefault="00866456">
      <w:pPr>
        <w:autoSpaceDE w:val="0"/>
        <w:autoSpaceDN w:val="0"/>
        <w:spacing w:after="78" w:line="220" w:lineRule="exact"/>
        <w:rPr>
          <w:lang w:val="ru-RU"/>
        </w:rPr>
      </w:pPr>
    </w:p>
    <w:p w:rsidR="00866456" w:rsidRPr="006F3168" w:rsidRDefault="00841DDB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чертежи простых швейных изделий;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материалы, инструменты и оборудование для выполнения швейных работ;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художественное оформление швейных изделий;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 свойства 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наноструктур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приводить примеры 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наноструктур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, их использования в технологиях; </w:t>
      </w:r>
      <w:r w:rsidRPr="006F3168">
        <w:rPr>
          <w:lang w:val="ru-RU"/>
        </w:rPr>
        <w:br/>
      </w:r>
      <w:r w:rsidRPr="006F3168">
        <w:rPr>
          <w:lang w:val="ru-RU"/>
        </w:rPr>
        <w:tab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познакомиться с </w:t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физическими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основы 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нанотехнологий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и их использованием для конструирования новых материалов.</w:t>
      </w:r>
    </w:p>
    <w:p w:rsidR="00866456" w:rsidRPr="006F3168" w:rsidRDefault="00866456">
      <w:pPr>
        <w:rPr>
          <w:lang w:val="ru-RU"/>
        </w:rPr>
        <w:sectPr w:rsidR="00866456" w:rsidRPr="006F3168">
          <w:pgSz w:w="11900" w:h="16840"/>
          <w:pgMar w:top="298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866456" w:rsidRPr="006F3168" w:rsidRDefault="00866456">
      <w:pPr>
        <w:autoSpaceDE w:val="0"/>
        <w:autoSpaceDN w:val="0"/>
        <w:spacing w:after="64" w:line="220" w:lineRule="exact"/>
        <w:rPr>
          <w:lang w:val="ru-RU"/>
        </w:rPr>
      </w:pPr>
    </w:p>
    <w:p w:rsidR="00866456" w:rsidRDefault="00841DDB" w:rsidP="006F3168">
      <w:pPr>
        <w:autoSpaceDE w:val="0"/>
        <w:autoSpaceDN w:val="0"/>
        <w:spacing w:after="258" w:line="233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58"/>
        <w:gridCol w:w="528"/>
        <w:gridCol w:w="1104"/>
        <w:gridCol w:w="1140"/>
        <w:gridCol w:w="866"/>
        <w:gridCol w:w="5894"/>
        <w:gridCol w:w="1478"/>
        <w:gridCol w:w="2138"/>
      </w:tblGrid>
      <w:tr w:rsidR="00866456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66456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56" w:rsidRDefault="0086645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56" w:rsidRDefault="00866456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56" w:rsidRDefault="0086645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56" w:rsidRDefault="0086645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56" w:rsidRDefault="0086645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56" w:rsidRDefault="00866456"/>
        </w:tc>
      </w:tr>
      <w:tr w:rsidR="0086645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Производство и технология</w:t>
            </w:r>
          </w:p>
        </w:tc>
      </w:tr>
      <w:tr w:rsidR="00866456" w:rsidRPr="007D365D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8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Преобразовательная деятельность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познавательную и преобразовательную деятельность человека;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80" w:after="0" w:line="252" w:lineRule="auto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 Практическая работа</w:t>
            </w:r>
            <w:proofErr w:type="gramStart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/8/5/</w:t>
            </w:r>
          </w:p>
        </w:tc>
      </w:tr>
      <w:tr w:rsidR="00866456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Алгоритмы и начала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алгоритмы среди других предписаний;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свойства алгоритмов;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основное свойство алгоритма;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исполнять алгоритмы;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результаты исполнения алгоритма (соответствие или несоответствие поставленной задаче);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реализовывать простейшие алгоритмы с помощью учебных программ из коллекции 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ЦОРов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https://resh.edu.ru/subject/8/5/</w:t>
            </w:r>
          </w:p>
        </w:tc>
      </w:tr>
      <w:tr w:rsidR="00866456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Простейшие механические роботы-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планирование пути достижения целей, выбор наиболее эффективных способов решения поставленной задачи;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своих действий с планируемыми результатами, осуществление контроля своей деятельности в процессе достижения результата;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программирование движения робота;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исполнение программы;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https://resh.edu.ru/subject/8/5/</w:t>
            </w:r>
          </w:p>
        </w:tc>
      </w:tr>
      <w:tr w:rsidR="00866456">
        <w:trPr>
          <w:trHeight w:hRule="exact" w:val="116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Простейшие машины и механизмы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15.10.2022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виды механических движений;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способы преобразования движения из одного вида в другой;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способы передачи движения с заданными усилиями и скоростями; изображать графически простейшую схему машины или механизма, в том числе с обратной связью;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50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https://resh.edu.ru/subject/8/5/</w:t>
            </w:r>
          </w:p>
        </w:tc>
      </w:tr>
      <w:tr w:rsidR="00866456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Механические, электр</w:t>
            </w:r>
            <w:proofErr w:type="gramStart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о-</w:t>
            </w:r>
            <w:proofErr w:type="gramEnd"/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технические и 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робото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технические конструкторы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22.10.2022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детали конструктора и знать их назначение;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конструирование простейших соединений с помощью деталей конструктора;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https://resh.edu.ru/subject/8/5/</w:t>
            </w:r>
          </w:p>
        </w:tc>
      </w:tr>
      <w:tr w:rsidR="00866456" w:rsidRPr="007D365D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Простые механические модели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30.11.2022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proofErr w:type="gramStart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различные виды движения в будущей модели;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планировать преобразование видов движения;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планировать движение с заданными параметрами;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сборка простых механических моделей с использованием цилиндрической передачи, конической передачи, червячной передачи, ременной передачи, кулисы;</w:t>
            </w:r>
            <w:proofErr w:type="gram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Устный опрос; Практическая работа</w:t>
            </w:r>
            <w:proofErr w:type="gramStart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/8/5/</w:t>
            </w:r>
          </w:p>
        </w:tc>
      </w:tr>
      <w:tr w:rsidR="00866456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Простые модели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планировать движение с заданными параметрами с использованием механической реализации управления;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сборка простых механических моделей с элементами управления;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осуществление управления собранной моделью, определение системы команд, необходимых для управления;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https://resh.edu.ru/subject/8/5/</w:t>
            </w:r>
          </w:p>
        </w:tc>
      </w:tr>
      <w:tr w:rsidR="00866456">
        <w:trPr>
          <w:trHeight w:hRule="exact" w:val="348"/>
        </w:trPr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2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66456"/>
        </w:tc>
      </w:tr>
      <w:tr w:rsidR="00866456" w:rsidRPr="007D365D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2. </w:t>
            </w:r>
            <w:r w:rsidRPr="006F316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Технологии обработки материалов и пищевых продуктов</w:t>
            </w:r>
          </w:p>
        </w:tc>
      </w:tr>
    </w:tbl>
    <w:p w:rsidR="00866456" w:rsidRPr="006F3168" w:rsidRDefault="00866456">
      <w:pPr>
        <w:autoSpaceDE w:val="0"/>
        <w:autoSpaceDN w:val="0"/>
        <w:spacing w:after="0" w:line="14" w:lineRule="exact"/>
        <w:rPr>
          <w:lang w:val="ru-RU"/>
        </w:rPr>
      </w:pPr>
    </w:p>
    <w:p w:rsidR="00866456" w:rsidRPr="006F3168" w:rsidRDefault="00866456">
      <w:pPr>
        <w:rPr>
          <w:lang w:val="ru-RU"/>
        </w:rPr>
        <w:sectPr w:rsidR="00866456" w:rsidRPr="006F3168">
          <w:pgSz w:w="16840" w:h="11900"/>
          <w:pgMar w:top="282" w:right="640" w:bottom="3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66456" w:rsidRPr="006F3168" w:rsidRDefault="0086645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58"/>
        <w:gridCol w:w="528"/>
        <w:gridCol w:w="1104"/>
        <w:gridCol w:w="1140"/>
        <w:gridCol w:w="866"/>
        <w:gridCol w:w="5894"/>
        <w:gridCol w:w="1478"/>
        <w:gridCol w:w="2138"/>
      </w:tblGrid>
      <w:tr w:rsidR="00866456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Структура технологии: от материала к изделию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50" w:lineRule="auto"/>
              <w:ind w:left="72" w:right="86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элементы технологической цепочки;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виды деятельности в процессе создания технологии; объяснять назначение технологии;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(изображать) графическую структуру технологической цепочки;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https://resh.edu.ru/subject/8/5/</w:t>
            </w:r>
          </w:p>
        </w:tc>
      </w:tr>
      <w:tr w:rsidR="00866456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Материалы и изделия. Пищевые продукты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54" w:lineRule="auto"/>
              <w:ind w:left="72" w:right="115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свойства бумаги и области её использования; называть основные свойства ткани и области её использования; называть основные свойства древесины и области её использования; называть основные свойства металлов и области их использования; называть металлические детали машин и механизмов;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свойства бумаги, ткани, дерева, металла;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предлагать возможные способы использования древесных отходов;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https://resh.edu.ru/subject/8/5/</w:t>
            </w:r>
          </w:p>
        </w:tc>
      </w:tr>
      <w:tr w:rsidR="00866456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Современные материалы и их свойства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23.03.2023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свойства современных материалов и области их использования; формулировать основные принципы создания композитных материалов;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свойства бумаги, ткани, дерева, металла со свойствами доступных учащимся видов пластмасс;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50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https://resh.edu.ru/subject/8/5/</w:t>
            </w:r>
          </w:p>
        </w:tc>
      </w:tr>
      <w:tr w:rsidR="00866456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Основные ручные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8903E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 w:rsidR="008903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28.05.2023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6" w:after="0" w:line="252" w:lineRule="auto"/>
              <w:ind w:left="72" w:right="720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назначение инструментов для работы с данным материалом; оценивать эффективность использования данного инструмента;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выбирать инструменты, необходимые для изготовления данного изделия; создавать с помощью инструментов простейшие изделия из бумаги, ткани, древесины, железа;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50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https://resh.edu.ru/subject/8/5/</w:t>
            </w:r>
          </w:p>
        </w:tc>
      </w:tr>
      <w:tr w:rsidR="00866456">
        <w:trPr>
          <w:trHeight w:hRule="exact" w:val="348"/>
        </w:trPr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2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66456"/>
        </w:tc>
      </w:tr>
      <w:tr w:rsidR="00866456">
        <w:trPr>
          <w:trHeight w:hRule="exact" w:val="520"/>
        </w:trPr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903E1" w:rsidP="008903E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8903E1" w:rsidRDefault="008903E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66456"/>
        </w:tc>
      </w:tr>
    </w:tbl>
    <w:p w:rsidR="00866456" w:rsidRDefault="00866456">
      <w:pPr>
        <w:autoSpaceDE w:val="0"/>
        <w:autoSpaceDN w:val="0"/>
        <w:spacing w:after="0" w:line="14" w:lineRule="exact"/>
      </w:pPr>
    </w:p>
    <w:p w:rsidR="00866456" w:rsidRDefault="00866456">
      <w:pPr>
        <w:sectPr w:rsidR="00866456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66456" w:rsidRDefault="00866456">
      <w:pPr>
        <w:autoSpaceDE w:val="0"/>
        <w:autoSpaceDN w:val="0"/>
        <w:spacing w:after="78" w:line="220" w:lineRule="exact"/>
      </w:pPr>
    </w:p>
    <w:p w:rsidR="00866456" w:rsidRDefault="00841DDB" w:rsidP="007D365D">
      <w:pPr>
        <w:autoSpaceDE w:val="0"/>
        <w:autoSpaceDN w:val="0"/>
        <w:spacing w:after="320" w:line="230" w:lineRule="auto"/>
        <w:jc w:val="center"/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866456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866456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56" w:rsidRDefault="0086645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56" w:rsidRDefault="00866456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56" w:rsidRDefault="0086645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56" w:rsidRDefault="00866456"/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Технологии вокруг нас.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6F31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Алгоритмы и начала технологии.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Возможность формального исполнения алгоритма.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6F316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Робот как исполнитель алгоритма.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Робот как механизм.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6F31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Алгоритмы и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первоначальные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представления о технологии.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Алгоритмы и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первоначальные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представления о технологии.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6F31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 алгоритмов,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основное свойство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алгоритма, исполнители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алгоритмов (человек, робот)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78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 алгоритмов,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основное свойство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алгоритма, исполнители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алгоритмов (человек, робот)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6F31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 xml:space="preserve">.10.2022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86645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 алгоритмов,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основное свойство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алгоритма, исполнители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алгоритмов (человек, робот)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Двигатели машин.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двигателей.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6F3168" w:rsidP="006F31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08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 xml:space="preserve">.10.2022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866456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Передаточные механизмы.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6F31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866456" w:rsidRDefault="00866456">
      <w:pPr>
        <w:autoSpaceDE w:val="0"/>
        <w:autoSpaceDN w:val="0"/>
        <w:spacing w:after="0" w:line="14" w:lineRule="exact"/>
      </w:pPr>
    </w:p>
    <w:p w:rsidR="00866456" w:rsidRDefault="00866456">
      <w:pPr>
        <w:sectPr w:rsidR="00866456">
          <w:pgSz w:w="11900" w:h="16840"/>
          <w:pgMar w:top="298" w:right="650" w:bottom="43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6456" w:rsidRDefault="0086645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Механические конструкторы.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6F31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Механические конструкторы.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722076" w:rsidP="007220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Механические передачи.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7220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72207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Обратная связь.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722076" w:rsidP="007220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Механические конструкторы.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722076" w:rsidP="007220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Робототехнические конструкторы.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DC3F64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09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Робототехнические конструкторы.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DC3F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Робототехнические конструкторы.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DC3F64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Робототехнические конструкторы.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DC3F64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Робототехнические конструкторы.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DC3F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Робототехнические конструкторы.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DC3F64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механические модели.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DC3F64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механические модели.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DC3F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механических конструкций по готовой схеме и их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модификация.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механическими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передачами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DC3F64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07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механических конструкций по готовой схеме и их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модификация.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механическими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передачами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DC3F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866456" w:rsidRDefault="00866456">
      <w:pPr>
        <w:autoSpaceDE w:val="0"/>
        <w:autoSpaceDN w:val="0"/>
        <w:spacing w:after="0" w:line="14" w:lineRule="exact"/>
      </w:pPr>
    </w:p>
    <w:p w:rsidR="00866456" w:rsidRDefault="00866456">
      <w:pPr>
        <w:sectPr w:rsidR="00866456">
          <w:pgSz w:w="11900" w:h="16840"/>
          <w:pgMar w:top="284" w:right="650" w:bottom="9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6456" w:rsidRDefault="0086645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86645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механических конструкций по готовой схеме и их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модификация.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механическими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передачами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DC3F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механических конструкций по готовой схеме с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элементами управления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DC3F64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100" w:after="0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механических конструкций по готовой схеме с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элементами управления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DC3F6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DC3F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механических конструкций по готовой схеме с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элементами управления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DC3F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механических конструкций по готовой схеме с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элементами управления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DC3F64" w:rsidP="00DC3F6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Сборка простых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механических конструкций по готовой схеме с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элементами управления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Составляющие </w:t>
            </w:r>
            <w:proofErr w:type="spellStart"/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техноло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гии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 этапы, операции действия.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DC5AF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DC5A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Понятие о технологической </w:t>
            </w:r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доку​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ментации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838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виды </w:t>
            </w:r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деятель​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ности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 созданию технологии: </w:t>
            </w:r>
            <w:r w:rsidRPr="006F3168">
              <w:rPr>
                <w:lang w:val="ru-RU"/>
              </w:rPr>
              <w:br/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проектиро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вание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моделирование,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конструирование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DC5AF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DC5A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виды </w:t>
            </w:r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деятель​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ности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 созданию технологии: </w:t>
            </w:r>
            <w:r w:rsidRPr="006F3168">
              <w:rPr>
                <w:lang w:val="ru-RU"/>
              </w:rPr>
              <w:br/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проектиро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вание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моделирование,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конструирование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25.01.2023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866456" w:rsidRDefault="00866456">
      <w:pPr>
        <w:autoSpaceDE w:val="0"/>
        <w:autoSpaceDN w:val="0"/>
        <w:spacing w:after="0" w:line="14" w:lineRule="exact"/>
      </w:pPr>
    </w:p>
    <w:p w:rsidR="00866456" w:rsidRDefault="00866456">
      <w:pPr>
        <w:sectPr w:rsidR="00866456">
          <w:pgSz w:w="11900" w:h="16840"/>
          <w:pgMar w:top="284" w:right="650" w:bottom="7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6456" w:rsidRDefault="0086645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86645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виды </w:t>
            </w:r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деятель​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ности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 созданию технологии: </w:t>
            </w:r>
            <w:r w:rsidRPr="006F3168">
              <w:rPr>
                <w:lang w:val="ru-RU"/>
              </w:rPr>
              <w:br/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проектиро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вание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моделирование,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конструирование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DC5AF4" w:rsidP="00DC5AF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Сырьё и материалы как основы производства.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Натуральное, </w:t>
            </w:r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искус​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ственное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синтетическое сырьё и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DC5AF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DC5A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838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100" w:after="0" w:line="281" w:lineRule="auto"/>
              <w:ind w:left="72" w:right="43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Конструкционные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материалы. Физические и технологические свойства </w:t>
            </w:r>
            <w:proofErr w:type="spellStart"/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конструкцион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ных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08.02.2023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/>
              <w:ind w:left="72" w:right="864"/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Бумага и её свойства. Различные изделия из бумаги.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Потребность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бумаге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DC5AF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DC5A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Ткань и её свойства. Изделия из ткани.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тканей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/>
              <w:ind w:left="72" w:right="288"/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Древесина и её свойства. Древесные материалы и их применение.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Изделия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древесины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DC5AF4" w:rsidP="00DC5AF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Потребность человечества в древесине. Сохранение лесов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Отходы древесины и их </w:t>
            </w:r>
            <w:r w:rsidRPr="006F3168">
              <w:rPr>
                <w:lang w:val="ru-RU"/>
              </w:rPr>
              <w:br/>
            </w:r>
            <w:proofErr w:type="spellStart"/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рацио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нальное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использование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DC5AF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DC5A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Металлы и их свойства.</w:t>
            </w:r>
          </w:p>
          <w:p w:rsidR="00866456" w:rsidRPr="006F3168" w:rsidRDefault="00841DDB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Металлические части машин и механизмов.</w:t>
            </w:r>
          </w:p>
          <w:p w:rsidR="00866456" w:rsidRDefault="00841DDB">
            <w:pPr>
              <w:autoSpaceDE w:val="0"/>
              <w:autoSpaceDN w:val="0"/>
              <w:spacing w:before="70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Тонколистовая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сталь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проволока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01.03.2023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Чёрные и цветные металлы. Свойства металлов.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133D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133D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Пластмассы и их </w:t>
            </w:r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свой​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ства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Различные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пластмасс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133D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133D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ние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пластмасс в про​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мышленности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быту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866456" w:rsidRDefault="00866456">
      <w:pPr>
        <w:autoSpaceDE w:val="0"/>
        <w:autoSpaceDN w:val="0"/>
        <w:spacing w:after="0" w:line="14" w:lineRule="exact"/>
      </w:pPr>
    </w:p>
    <w:p w:rsidR="00866456" w:rsidRDefault="00866456">
      <w:pPr>
        <w:sectPr w:rsidR="00866456">
          <w:pgSz w:w="11900" w:h="16840"/>
          <w:pgMar w:top="284" w:right="650" w:bottom="3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6456" w:rsidRDefault="0086645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86645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Наноструктуры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их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 в </w:t>
            </w:r>
            <w:proofErr w:type="spellStart"/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различ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ных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технологиях.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133DBD" w:rsidP="00133D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и </w:t>
            </w:r>
            <w:proofErr w:type="spellStart"/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синтетиче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ские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наноструктуры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Композиты и 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нанокомп</w:t>
            </w:r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</w:t>
            </w:r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зиты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их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применение.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Умные материалы и их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применение.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Аллотроп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углерода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133D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133D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1166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Инструменты для работы с бумагой: ножницы, нож, клей.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Изготовление изделий из бумаги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133DBD" w:rsidP="00133D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08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Инструменты для работы с тканью: ножницы, иглы, клей.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Изготовление изделий из ткани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133D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133D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Изготовление изделий из ткани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Изготовление изделий из ткани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133D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 w:rsidR="00133DB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6F3168" w:rsidRDefault="00841DDB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 для работы с деревом: —  молоток,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отвёртка, пила; —  рубанок, шерхебель, рашпиль,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шлифовальная шкурка.</w:t>
            </w:r>
            <w:proofErr w:type="gramEnd"/>
          </w:p>
          <w:p w:rsidR="00866456" w:rsidRDefault="00841DDB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Столярный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верстак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Изготовление изделий из дерева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133DBD" w:rsidP="00133DB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Изготовление изделий из дерева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903E1" w:rsidP="008903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03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 xml:space="preserve">.05.2023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Изготовление изделий из дерева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903E1" w:rsidP="008903E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06.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Изготовление изделий из дерева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 w:rsidP="008903E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8903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866456" w:rsidRDefault="00866456">
      <w:pPr>
        <w:autoSpaceDE w:val="0"/>
        <w:autoSpaceDN w:val="0"/>
        <w:spacing w:after="0" w:line="14" w:lineRule="exact"/>
      </w:pPr>
    </w:p>
    <w:p w:rsidR="00866456" w:rsidRDefault="00866456">
      <w:pPr>
        <w:sectPr w:rsidR="00866456">
          <w:pgSz w:w="11900" w:h="16840"/>
          <w:pgMar w:top="284" w:right="650" w:bottom="6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6456" w:rsidRDefault="0086645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866456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 для работы с металлами: —  ножницы, </w:t>
            </w:r>
            <w:r w:rsidRPr="006F3168">
              <w:rPr>
                <w:lang w:val="ru-RU"/>
              </w:rPr>
              <w:br/>
            </w: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бородок, свёрла, молоток, киянка; кусачки, </w:t>
            </w:r>
            <w:proofErr w:type="spellStart"/>
            <w:proofErr w:type="gram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плоскогуб</w:t>
            </w:r>
            <w:proofErr w:type="spell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r w:rsidRPr="006F3168">
              <w:rPr>
                <w:rFonts w:ascii="DejaVu Serif" w:eastAsia="DejaVu Serif" w:hAnsi="DejaVu Serif"/>
                <w:color w:val="000000"/>
                <w:sz w:val="24"/>
                <w:lang w:val="ru-RU"/>
              </w:rPr>
              <w:t>‐</w:t>
            </w:r>
            <w:proofErr w:type="spellStart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цы</w:t>
            </w:r>
            <w:proofErr w:type="spellEnd"/>
            <w:proofErr w:type="gramEnd"/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круглогубцы, зубило, напильник.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Слесарный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верстак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903E1" w:rsidP="008903E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6645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8903E1" w:rsidRDefault="00841DDB" w:rsidP="008903E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="008903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дерева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903E1" w:rsidP="008903E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6645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Pr="008903E1" w:rsidRDefault="00841DDB" w:rsidP="008903E1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="008903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дерева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903E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</w:t>
            </w:r>
            <w:r w:rsidR="00841DDB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66456" w:rsidRDefault="00841DDB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903E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Pr="008903E1" w:rsidRDefault="008903E1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Default="008903E1" w:rsidP="00BF2DC9">
            <w:pPr>
              <w:autoSpaceDE w:val="0"/>
              <w:autoSpaceDN w:val="0"/>
              <w:spacing w:before="98" w:after="0" w:line="262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Pr="008903E1" w:rsidRDefault="008903E1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Pr="008903E1" w:rsidRDefault="008903E1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Pr="008903E1" w:rsidRDefault="008903E1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Default="008903E1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Default="008903E1" w:rsidP="00BF2DC9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903E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Pr="008903E1" w:rsidRDefault="008903E1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Default="008903E1" w:rsidP="00BF2DC9">
            <w:pPr>
              <w:autoSpaceDE w:val="0"/>
              <w:autoSpaceDN w:val="0"/>
              <w:spacing w:before="98" w:after="0" w:line="262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Pr="008903E1" w:rsidRDefault="008903E1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Pr="008903E1" w:rsidRDefault="008903E1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Pr="008903E1" w:rsidRDefault="008903E1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Default="008903E1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Default="008903E1" w:rsidP="00BF2DC9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903E1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Pr="006F3168" w:rsidRDefault="008903E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F31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Default="008903E1" w:rsidP="008903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Default="008903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Pr="008903E1" w:rsidRDefault="008903E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03E1" w:rsidRDefault="008903E1"/>
        </w:tc>
      </w:tr>
    </w:tbl>
    <w:p w:rsidR="00866456" w:rsidRDefault="00866456">
      <w:pPr>
        <w:autoSpaceDE w:val="0"/>
        <w:autoSpaceDN w:val="0"/>
        <w:spacing w:after="0" w:line="14" w:lineRule="exact"/>
      </w:pPr>
    </w:p>
    <w:p w:rsidR="00866456" w:rsidRDefault="00866456">
      <w:pPr>
        <w:sectPr w:rsidR="0086645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6456" w:rsidRDefault="00866456">
      <w:pPr>
        <w:autoSpaceDE w:val="0"/>
        <w:autoSpaceDN w:val="0"/>
        <w:spacing w:after="78" w:line="220" w:lineRule="exact"/>
      </w:pPr>
    </w:p>
    <w:p w:rsidR="00866456" w:rsidRDefault="00841DDB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66456" w:rsidRDefault="00841DDB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66456" w:rsidRPr="006F3168" w:rsidRDefault="00841DDB">
      <w:pPr>
        <w:autoSpaceDE w:val="0"/>
        <w:autoSpaceDN w:val="0"/>
        <w:spacing w:before="166" w:after="0"/>
        <w:ind w:right="576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Технология. 5 класс/Тищенко А.Т., Синица Н.В., Общество с ограниченной ответственностью</w:t>
      </w:r>
      <w:r w:rsidR="004E74A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«Издательский центр ВЕНТАНА-ГРАФ»; Акционерное общество «Издательство Просвещение»; Технология. 5 класс/Тищенко А.Т., Синица Н.В., Общество с ограниченной ответственностью</w:t>
      </w:r>
      <w:r w:rsidR="004E74A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«Издательский центр ВЕНТАНА-ГРАФ»; Акционерное общество «Издательство Просвещение»;</w:t>
      </w:r>
    </w:p>
    <w:p w:rsidR="00866456" w:rsidRPr="006F3168" w:rsidRDefault="00841DDB">
      <w:pPr>
        <w:autoSpaceDE w:val="0"/>
        <w:autoSpaceDN w:val="0"/>
        <w:spacing w:before="262" w:after="0" w:line="230" w:lineRule="auto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66456" w:rsidRPr="006F3168" w:rsidRDefault="00841DDB">
      <w:pPr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Н.В. 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Синицина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, П.С. 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Самородский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 Технология. Программа 5-8 (9) классы. Москва. Издательский центр. "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Вентана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-Граф" 2015 г.</w:t>
      </w:r>
    </w:p>
    <w:p w:rsidR="00866456" w:rsidRPr="006F3168" w:rsidRDefault="00841DDB">
      <w:pPr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 технологии 5 класс универсальная линия Синица Н.В., 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Самородский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П.С., Симоненко В.Д. Яковенко О.В. Издательский центр "</w:t>
      </w:r>
      <w:proofErr w:type="spell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Вентана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-Граф" 2014 г.</w:t>
      </w:r>
    </w:p>
    <w:p w:rsidR="00866456" w:rsidRPr="006F3168" w:rsidRDefault="00841DDB">
      <w:pPr>
        <w:autoSpaceDE w:val="0"/>
        <w:autoSpaceDN w:val="0"/>
        <w:spacing w:before="70" w:after="0" w:line="286" w:lineRule="auto"/>
        <w:ind w:right="864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1. Образовательный портал «Непрерывная подготовка учителя технологии»: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tehnologi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2. Сообщество взаимопомощи учителей: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Pedsovet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pedsovet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/212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3.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Образовательный сайт «ИКТ на уроках технологии»: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ikt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45.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4. Сообщество учителей технологии: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54.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node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/87333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5. Сообщество учителей технологии «Уроки творчества: искусство и технология в школе»: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communities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aspx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cat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no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=4262&amp;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tmpl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6. Библиотека разработок по технологии: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nsportal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shkola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tekhnologiya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library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7. Сайт «Лобзик»: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lobzik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pri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ee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modules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news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8. Сайт учителя технологии Трудовик 45: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trudovik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45.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9. Сайт учителя-эксперта Технологии: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technologys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</w:p>
    <w:p w:rsidR="00866456" w:rsidRPr="006F3168" w:rsidRDefault="00841DDB">
      <w:pPr>
        <w:autoSpaceDE w:val="0"/>
        <w:autoSpaceDN w:val="0"/>
        <w:spacing w:before="262" w:after="0" w:line="230" w:lineRule="auto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866456" w:rsidRPr="006F3168" w:rsidRDefault="00841DDB">
      <w:pPr>
        <w:autoSpaceDE w:val="0"/>
        <w:autoSpaceDN w:val="0"/>
        <w:spacing w:before="166" w:after="0" w:line="288" w:lineRule="auto"/>
        <w:ind w:right="6912"/>
        <w:rPr>
          <w:lang w:val="ru-RU"/>
        </w:rPr>
      </w:pP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1.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center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fio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som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np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3.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openclass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user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5.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6.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eidos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7.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botic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8.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cnso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tehn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9.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files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10.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trud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rkc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-74.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11.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tehnologia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.59442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12.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domovodstvo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fatal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13.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tehnologiya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14.</w:t>
      </w:r>
      <w:proofErr w:type="gram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new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fio</w:t>
      </w:r>
      <w:proofErr w:type="spellEnd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866456" w:rsidRPr="006F3168" w:rsidRDefault="00866456">
      <w:pPr>
        <w:rPr>
          <w:lang w:val="ru-RU"/>
        </w:rPr>
        <w:sectPr w:rsidR="00866456" w:rsidRPr="006F316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66456" w:rsidRPr="006F3168" w:rsidRDefault="00866456">
      <w:pPr>
        <w:autoSpaceDE w:val="0"/>
        <w:autoSpaceDN w:val="0"/>
        <w:spacing w:after="78" w:line="220" w:lineRule="exact"/>
        <w:rPr>
          <w:lang w:val="ru-RU"/>
        </w:rPr>
      </w:pPr>
    </w:p>
    <w:p w:rsidR="00866456" w:rsidRPr="006F3168" w:rsidRDefault="00841DDB">
      <w:pPr>
        <w:autoSpaceDE w:val="0"/>
        <w:autoSpaceDN w:val="0"/>
        <w:spacing w:after="0" w:line="230" w:lineRule="auto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866456" w:rsidRPr="006F3168" w:rsidRDefault="00841DDB">
      <w:pPr>
        <w:autoSpaceDE w:val="0"/>
        <w:autoSpaceDN w:val="0"/>
        <w:spacing w:before="346" w:after="0" w:line="230" w:lineRule="auto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866456" w:rsidRPr="006F3168" w:rsidRDefault="00841DDB">
      <w:pPr>
        <w:autoSpaceDE w:val="0"/>
        <w:autoSpaceDN w:val="0"/>
        <w:spacing w:before="166" w:after="0" w:line="230" w:lineRule="auto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Модели, мультимедийный проектор, компьютер.</w:t>
      </w:r>
    </w:p>
    <w:p w:rsidR="00866456" w:rsidRPr="006F3168" w:rsidRDefault="00841DDB">
      <w:pPr>
        <w:autoSpaceDE w:val="0"/>
        <w:autoSpaceDN w:val="0"/>
        <w:spacing w:before="262" w:after="0" w:line="230" w:lineRule="auto"/>
        <w:rPr>
          <w:lang w:val="ru-RU"/>
        </w:rPr>
      </w:pPr>
      <w:r w:rsidRPr="006F3168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866456" w:rsidRPr="006F3168" w:rsidRDefault="00841DDB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Швейная машина, текстиль, иголки,</w:t>
      </w:r>
      <w:r w:rsidR="004E74A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нитки, ножницы, посуда (чайник, кастрюля, чашки,</w:t>
      </w:r>
      <w:r w:rsidR="004E74A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тарелки, ложки, вилки, ножи, разделочные доски), индивидуальный набор инструментов ученика Инструменты для работы с бумагой: ножницы, нож, клей.</w:t>
      </w:r>
      <w:proofErr w:type="gramEnd"/>
    </w:p>
    <w:p w:rsidR="00866456" w:rsidRPr="006F3168" w:rsidRDefault="00841DDB">
      <w:pPr>
        <w:autoSpaceDE w:val="0"/>
        <w:autoSpaceDN w:val="0"/>
        <w:spacing w:before="70" w:after="0" w:line="230" w:lineRule="auto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работы с тканью: ножницы, иглы, клей.</w:t>
      </w:r>
    </w:p>
    <w:p w:rsidR="00866456" w:rsidRPr="006F3168" w:rsidRDefault="00841DDB">
      <w:pPr>
        <w:autoSpaceDE w:val="0"/>
        <w:autoSpaceDN w:val="0"/>
        <w:spacing w:before="72" w:after="0" w:line="271" w:lineRule="auto"/>
        <w:ind w:right="4608"/>
        <w:rPr>
          <w:lang w:val="ru-RU"/>
        </w:rPr>
      </w:pP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работы с деревом: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— молоток, отвёртка, пила;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— рубанок, шерхебель, рашпиль, шлифовальная шкурка.</w:t>
      </w:r>
      <w:proofErr w:type="gramEnd"/>
    </w:p>
    <w:p w:rsidR="00841DDB" w:rsidRPr="004E74A4" w:rsidRDefault="00841DDB" w:rsidP="004E74A4">
      <w:pPr>
        <w:autoSpaceDE w:val="0"/>
        <w:autoSpaceDN w:val="0"/>
        <w:spacing w:before="70" w:after="0" w:line="271" w:lineRule="auto"/>
        <w:ind w:right="2304"/>
        <w:rPr>
          <w:lang w:val="ru-RU"/>
        </w:rPr>
      </w:pP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 xml:space="preserve">Столярный верстак. </w:t>
      </w:r>
      <w:proofErr w:type="gramStart"/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работы с металлами: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— ножницы, бородок, свёрла, молоток, киянка;</w:t>
      </w:r>
      <w:r w:rsidRPr="006F3168">
        <w:rPr>
          <w:lang w:val="ru-RU"/>
        </w:rPr>
        <w:br/>
      </w:r>
      <w:r w:rsidRPr="006F3168">
        <w:rPr>
          <w:rFonts w:ascii="Times New Roman" w:eastAsia="Times New Roman" w:hAnsi="Times New Roman"/>
          <w:color w:val="000000"/>
          <w:sz w:val="24"/>
          <w:lang w:val="ru-RU"/>
        </w:rPr>
        <w:t>— кусачки, плоскогубцы,</w:t>
      </w:r>
      <w:r w:rsidR="004E74A4">
        <w:rPr>
          <w:rFonts w:ascii="Times New Roman" w:eastAsia="Times New Roman" w:hAnsi="Times New Roman"/>
          <w:color w:val="000000"/>
          <w:sz w:val="24"/>
          <w:lang w:val="ru-RU"/>
        </w:rPr>
        <w:t xml:space="preserve"> круглогубцы, зубило, напильник, с</w:t>
      </w:r>
      <w:r w:rsidRPr="004E74A4">
        <w:rPr>
          <w:rFonts w:ascii="Times New Roman" w:eastAsia="Times New Roman" w:hAnsi="Times New Roman"/>
          <w:color w:val="000000"/>
          <w:sz w:val="24"/>
          <w:lang w:val="ru-RU"/>
        </w:rPr>
        <w:t>лесарный верстак</w:t>
      </w:r>
      <w:r w:rsidR="004E74A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sectPr w:rsidR="00841DDB" w:rsidRPr="004E74A4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3DBD"/>
    <w:rsid w:val="0015074B"/>
    <w:rsid w:val="0029639D"/>
    <w:rsid w:val="00326F90"/>
    <w:rsid w:val="004E74A4"/>
    <w:rsid w:val="006F3168"/>
    <w:rsid w:val="00722076"/>
    <w:rsid w:val="007D365D"/>
    <w:rsid w:val="00841DDB"/>
    <w:rsid w:val="00866456"/>
    <w:rsid w:val="008903E1"/>
    <w:rsid w:val="00AA1D8D"/>
    <w:rsid w:val="00B47730"/>
    <w:rsid w:val="00CB0664"/>
    <w:rsid w:val="00DC3F64"/>
    <w:rsid w:val="00DC5A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7D3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7D3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7D3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7D3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AF681A-0EB3-446C-B70D-27CF2B453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5267</Words>
  <Characters>30022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35219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А-гаджи</cp:lastModifiedBy>
  <cp:revision>9</cp:revision>
  <cp:lastPrinted>2022-09-16T12:51:00Z</cp:lastPrinted>
  <dcterms:created xsi:type="dcterms:W3CDTF">2013-12-23T23:15:00Z</dcterms:created>
  <dcterms:modified xsi:type="dcterms:W3CDTF">2022-09-16T12:51:00Z</dcterms:modified>
  <cp:category/>
</cp:coreProperties>
</file>